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מפתיעות מתחומי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וניתוח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תחום ידע לעובדה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לדבר אחת עם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כ-100,000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נער בן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לתינוקות יש יותר עצמות, חלקן מתאחדות עם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הקרח הקל יותר נשאר למעלה ומגן על המים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אדם נולד עם דפוס ייחודי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ברק יכול להיות חם בהרבה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העברית חזרה לשימוש יומיומי לאחר שנים של שימוש בעיקר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בזכות תכונותיו המיוחדות הדבש יכול להישמר זמן רב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אלמוג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(העקבות על הירח עדיין נמצאות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(אין שתי טביעות אצבע 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(פעם כתבו עברית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(מגילות עתיקות התגלו במערה)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(החיסון הראשון התחיל בפרה)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(לעזור לאחרים משמח גם אותנו)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הקרח קל יותר מהמים הנוזליים ולכן צף, כך שהוא נשאר למעלה ומגן על המים החמים יותר מתחת, שבהם הדגים יכולים לשרוד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במהלך הגדילה חלק מהעצמות מתאחדות זו עם זו, ולכן מספרן יורד עם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כך אפשר היה להשתמש בה בחיי היומיום ולא רק בכתיבה, והיא התפתחה והתעשרה במילים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יבחר עובדה, יסביר מה מפתיע בה ויציע השערה הגיונית לעובדה נוספת מאותו תחום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שהתלמיד יזכיר שעזרה לאחרים יוצרת תחושת סיפוק ושמחה גם אצל הנותן, ותורמת לתחושת שייכות וחוסן נפשי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מדויקת מהדף, כגון לב התמנון או קרח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עצם קטנה באוזן, טביעות אצבע ייחודיות או דופק הלב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יוצרת תחושת סיפוק ותורמת לרווחה הנפשית של הנותן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בעובדה אחת מהדף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תחומי העניין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עובדה דומה נוספת מאותו תחום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תפגשו עובדות מסקרנות מתשעה תחומים שונים: טבע, מדע, חלל, גוף האדם, השפה העברית, גאוגרפיה, היסטוריה, המצאות וטוב לב. בכל תרגיל תצטרכו להיזכר בעובדה או להסיק ממנה.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לדבר אחת עם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לוקח לאור מהשמש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פעמים ביום פועם הלב בממוצע?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נמצא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המציא כתב לעיוורים בהיותו 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בן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פרופסור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מדען מפורסם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הקרח צף על המים ובכך מציל דגים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קריר יותר מפני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היא שפה שהפכה שוב לשפת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 מתקלקל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ל__________ יש שלוש לבבות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 מהשמש מגיע אלינו תוך 8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המגילות העתיקות התגלו במערה ליד 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בעל חיים ולא צמח, למרות המראה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מכתש רמון נחשב ל__________ בעולם מסוגו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כאשר אנחנו לומדים, ה__________ שלנו משתנה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שתי טביעות אצבע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מגילות עתיקות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השפה העברית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החיסון הראשון התחיל בפרה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לאחרים משמח גם אותנו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המצאות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העקבות על הירח עדיין נמצאות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טוב לב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פעם כתבו עברית בלי 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הקרח צף על המים ומה היתרון בכך לדגים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בעובדה שלתינוקות יש יותר עצמות ממבוגרים?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שהעברית חזרה להיות שפת דיבור יומיומית?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העובדות שלמדתם ושתפו למה היא הכי מפתיעה אתכם, ונסו לנחש עוד עובדה דומה מאותו תחום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העזרה לאחרים יכולה להשפיע גם על מי שעוזר ולא רק על מי שמקבל עזרה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עובדה אחת שלמדתם היום מתחום הטבע או המדע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העובדה המפתיעה ביותר שלמדתם על גוף האדם?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שעזרה לאחרים משפיעה טוב גם עלינו?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הידעת? עובדות מעניינות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