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הידעת? עובדות מעניינות מהעולם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מפתיעות מתחומי דעת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וניתוח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תחום ידע לעובדה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לדבר אחת עם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כ-100,000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נער בן 15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לתינוקות יש יותר עצמות, חלקן מתאחדות עם הגיל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הקרח הקל יותר נשאר למעלה ומגן על המים מתחתיו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אדם נולד עם דפוס ייחודי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ברק יכול להיות חם בהרבה מפני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העברית חזרה לשימוש יומיומי לאחר שנים של שימוש בעיקר בכתיבה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בזכות תכונותיו המיוחדות הדבש יכול להישמר זמן רב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אלמוג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תחום לעובדה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(העקבות על הירח עדיין נמצאות 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(אין שתי טביעות אצבע זהות)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(פעם כתבו עברית בלי ניקוד)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(מגילות עתיקות התגלו במערה)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(החיסון הראשון התחיל בפרה)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(לעזור לאחרים משמח גם אותנו)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הקרח קל יותר מהמים הנוזליים ולכן צף, כך שהוא נשאר למעלה ומגן על המים החמים יותר מתחת, שבהם הדגים יכולים לשרוד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במהלך הגדילה חלק מהעצמות מתאחדות זו עם זו, ולכן מספרן יורד עם הגיל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כך אפשר היה להשתמש בה בחיי היומיום ולא רק בכתיבה, והיא התפתחה והתעשרה במילים חדשות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שהתלמיד יבחר עובדה, יסביר מה מפתיע בה ויציע השערה הגיונית לעובדה נוספת מאותו תחום 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מצופה שהתלמיד יזכיר שעזרה לאחרים יוצרת תחושת סיפוק ושמחה גם אצל הנותן, ותורמת לתחושת שייכות וחוסן נפשי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המתייחסת לעובדה מדויקת מהדף, כגון לב התמנון או קרח 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עצם קטנה באוזן, טביעות אצבע ייחודיות או דופק הלב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שעזרה יוצרת תחושת סיפוק ותורמת לרווחה הנפשית של הנותן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שיעור בעובדה אחת מהדף כדי לעורר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התלמידים לקבוצות לפי תחומי העניין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לחפש עובדה דומה נוספת מאותו תחום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הידעת? עובדות מעניינות מהעולם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עובדות מעניינות על בעלי חיים, מדע, חלל, גוף האדם, שפה, גאוגרפיה, היסטוריה והמצאות. תענו על השאלות לפי העובדות.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תמנון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ימי עם שמונה זרועות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שקע גדול בקרקע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טביעת אצבע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הסימן הייחודי על קצה האצבע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טיפול שמגן מפני מחלה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ארוך של כתיבה עתיקה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קשה בגוף שתומך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אלמוג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יצור ימי שנראה כמו צמח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שעוזרים לקרוא 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לבבות יש לתמנון?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דבורים רוקדות?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לדבר אחת עם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לברוח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אור מהשמש מגיע אלינו?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נמצאת העצם הכי קטנה בגוף?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פעמים ביום פועם הלב?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כ-1,000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כ-10,000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כ-100,000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כ-1,000,000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נמצא המקום הכי נמוך ביבשה?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המציא את הכתב לעיוורים?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נער בן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פרופסור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מדען מפורסם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לתינוקות יש פחות עצמות ממבוגרים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הקרח צף על המים ובכך מציל דגים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שתי טביעות אצבע זהות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ברק קריר יותר מפני השמש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העברית היא שפה שהפכה שוב לשפת דיבור יומיומית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הדבש מתקלקל מהר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ל__________ יש שלוש לבבות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האור מהשמש מגיע אלינו תוך 8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המגילות העתיקות התגלו במערה ליד ים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בעל חיים ולא צמח, למרות המראה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מכתש רמון נחשב ל__________ בעולם מסוגו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כאשר אנחנו לומדים, ה__________ שלנו משתנה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תחום לעובדה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מגילות עתיקות התגלו במערה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גוף האדם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פעם כתבו עברית בלי ניקוד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השפה העברית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לעזור לאחרים משמח גם אותנו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היסטוריה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העקבות על הירח עדיין נמצאות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המצאות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אין שתי טביעות אצבע 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טוב לב וחוסן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החיסון הראשון התחיל בפרה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הקרח צף על המים ומה היתרון בכך לדגים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מיוחד בעובדה שלתינוקות יש יותר עצמות ממבוגרים?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שהעברית חזרה להיות שפת דיבור יומיומית?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העובדות שלמדתם ושתפו למה היא הכי מפתיעה אתכם, ונסו לנחש עוד עובדה דומה מאותו תחום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כיצד העזרה לאחרים יכולה להשפיע גם על מי שעוזר ולא רק על מי שמקבל עזרה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עובדה אחת שלמדתם היום מתחום הטבע או המדע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העובדה המפתיעה ביותר שלמדתם על גוף האדם?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לדעת שעזרה לאחרים משפיעה טוב גם עלינו?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הידעת? עובדות מעניינות מהעולם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