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הידעת? עובדות מעניינות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מפתיעות מתחומי דעת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וניתוח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תחום ידע לעובדה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לדבר אחת עם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כ-100,000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לתינוקות יש יותר עצמות, חלקן מתאחדות עם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הקרח הקל יותר נשאר למעלה ומגן על המים מתחתיו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אדם נולד עם דפוס ייחודי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אלמוג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תחום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(העקבות על הירח עדיין נמצאות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(אין שתי טביעות אצבע 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(פעם כתבו עברית בלי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(מגילות עתיקות התגלו במערה)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הקרח קל יותר מהמים הנוזליים ולכן צף, כך שהוא נשאר למעלה ומגן על המים החמים יותר מתחת, שבהם הדגים יכולים לשרוד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כך אפשר היה להשתמש בה בחיי היומיום ולא רק בכתיבה, והיא התפתחה והתעשרה במילים 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שהתלמיד יבחר עובדה, יסביר מה מפתיע בה ויציע השערה הגיונית לעובדה נוספת מאותו תחום דעת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המתייחסת לעובדה מדויקת מהדף, כגון לב התמנון או קרח 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עצם קטנה באוזן, טביעות אצבע ייחודיות או דופק הלב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שעזרה יוצרת תחושת סיפוק ותורמת לרווחה הנפשית של הנותן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שיעור בעובדה אחת מהדף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לקבוצות לפי תחומי העניין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לחפש עובדה דומה נוספת מאותו תחום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הידעת? עובדות מעניינות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תפגשו עובדות מסקרנות מתשעה תחומים שונים: טבע, מדע, חלל, גוף האדם, השפה העברית, גאוגרפיה, היסטוריה, המצאות וטוב לב. בכל תרגיל תצטרכו להיזכר בעובדה או להסיק ממנה.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דקות  ·  אלמוג  ·  תמנון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לבבות יש לתמנון?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הדבורים רוקדות?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לדבר אחת עם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זמן לוקח לאור מהשמש להגיע לכדור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כמה פעמים ביום פועם הלב בממוצע?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כ-10,000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כ-100,000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לתינוקות יש פחות עצמות ממבוגרים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הקרח צף על המים ובכך מציל דגים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אין שתי טביעות אצבע זהות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ל__________ יש שלוש לבבות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האור מהשמש מגיע אלינו תוך 8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הוא בעל חיים ולא צמח, למרות המראה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תחום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חלל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אין שתי טביעות אצבע 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גוף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מגילות עתיקות התגלו במערה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השפה העברית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העקבות על הירח עדיין נמצאות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פעם כתבו עברית בלי ניקוד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הקרח צף על המים ומה היתרון בכך לדגים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חשוב שהעברית חזרה להיות שפת דיבור יומיומית?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העובדות שלמדתם ושתפו למה היא הכי מפתיעה אתכם, ונסו לנחש עוד עובדה דומה מאותו תחום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עובדה אחת שלמדתם היום מתחום הטבע או המדע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העובדה המפתיעה ביותר שלמדתם על גוף האדם?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הידעת? עובדות מעניינות מהעולם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